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DX-2026-016</w:t>
      </w:r>
    </w:p>
    <w:p>
      <w:pPr>
        <w:pStyle w:val="Heading1"/>
      </w:pPr>
      <w:bookmarkStart w:id="20" w:name="payment-receipt-إيصال-استلام-دفعة"/>
      <w:r>
        <w:t xml:space="preserve">PAYMENT RECEIPT — إيصال استلام دفعة</w:t>
      </w:r>
      <w:bookmarkEnd w:id="20"/>
    </w:p>
    <w:tbl>
      <w:tblPr>
        <w:tblStyle w:val="Table"/>
        <w:tblW w:type="pct" w:w="0.0"/>
        <w:tblLook w:firstRow="0"/>
      </w:tblPr>
      <w:tblGrid/>
      <w:tr>
        <w:tc>
          <w:p>
            <w:pPr>
              <w:pStyle w:val="Compact"/>
              <w:jc w:val="left"/>
            </w:pPr>
            <w:r>
              <w:t xml:space="preserve">Receipt No.</w:t>
            </w:r>
          </w:p>
        </w:tc>
        <w:tc>
          <w:p>
            <w:pPr>
              <w:pStyle w:val="Compact"/>
              <w:jc w:val="left"/>
            </w:pPr>
            <w:r>
              <w:t xml:space="preserve">DX-2026-016</w:t>
            </w:r>
          </w:p>
        </w:tc>
      </w:tr>
      <w:tr>
        <w:tc>
          <w:p>
            <w:pPr>
              <w:pStyle w:val="Compact"/>
              <w:jc w:val="left"/>
            </w:pPr>
            <w:r>
              <w:t xml:space="preserve">Date</w:t>
            </w:r>
          </w:p>
        </w:tc>
        <w:tc>
          <w:p>
            <w:pPr>
              <w:pStyle w:val="Compact"/>
              <w:jc w:val="left"/>
            </w:pPr>
            <w:r>
              <w:t xml:space="preserve">14 September 2026</w:t>
            </w:r>
          </w:p>
        </w:tc>
      </w:tr>
      <w:tr>
        <w:tc>
          <w:p>
            <w:pPr>
              <w:pStyle w:val="Compact"/>
              <w:jc w:val="left"/>
            </w:pPr>
            <w:r>
              <w:t xml:space="preserve">Amount received</w:t>
            </w:r>
          </w:p>
        </w:tc>
        <w:tc>
          <w:p>
            <w:pPr>
              <w:pStyle w:val="Compact"/>
              <w:jc w:val="left"/>
            </w:pPr>
            <w:r>
              <w:t xml:space="preserve">KWD 400.000</w:t>
            </w:r>
          </w:p>
        </w:tc>
      </w:tr>
    </w:tbl>
    <w:p>
      <w:pPr>
        <w:pStyle w:val="Heading2"/>
      </w:pPr>
      <w:bookmarkStart w:id="21" w:name="amount-in-words"/>
      <w:r>
        <w:t xml:space="preserve">Amount in words</w:t>
      </w:r>
      <w:bookmarkEnd w:id="21"/>
    </w:p>
    <w:p>
      <w:pPr>
        <w:pStyle w:val="Heading2"/>
      </w:pPr>
      <w:bookmarkStart w:id="22" w:name="المبلغ-كتابة"/>
      <w:r>
        <w:t xml:space="preserve">المبلغ كتابةً</w:t>
      </w:r>
      <w:bookmarkEnd w:id="22"/>
    </w:p>
    <w:p>
      <w:pPr>
        <w:pStyle w:val="FirstParagraph"/>
      </w:pPr>
      <w:r>
        <w:rPr>
          <w:b/>
        </w:rPr>
        <w:t xml:space="preserve">Four hundred Kuwaiti Dinars only</w:t>
      </w:r>
    </w:p>
    <w:p>
      <w:pPr>
        <w:pStyle w:val="BodyText"/>
      </w:pPr>
      <w:r>
        <w:rPr>
          <w:b/>
        </w:rPr>
        <w:t xml:space="preserve">أربعمائة دينار كويتي لا غير</w:t>
      </w:r>
    </w:p>
    <w:p>
      <w:pPr>
        <w:pStyle w:val="Heading2"/>
      </w:pPr>
      <w:bookmarkStart w:id="23" w:name="issued-by"/>
      <w:r>
        <w:t xml:space="preserve">Issued by</w:t>
      </w:r>
      <w:bookmarkEnd w:id="23"/>
    </w:p>
    <w:p>
      <w:pPr>
        <w:pStyle w:val="Heading2"/>
      </w:pPr>
      <w:bookmarkStart w:id="24" w:name="صادر-عن"/>
      <w:r>
        <w:t xml:space="preserve">صادر عن</w:t>
      </w:r>
      <w:bookmarkEnd w:id="24"/>
    </w:p>
    <w:tbl>
      <w:tblPr>
        <w:tblStyle w:val="Table"/>
        <w:tblW w:type="pct" w:w="0.0"/>
        <w:tblLook w:firstRow="0"/>
      </w:tblPr>
      <w:tblGrid/>
      <w:tr>
        <w:tc>
          <w:p>
            <w:pPr>
              <w:pStyle w:val="Compact"/>
              <w:jc w:val="left"/>
            </w:pPr>
            <w:r>
              <w:t xml:space="preserve">Legal name</w:t>
            </w:r>
          </w:p>
        </w:tc>
        <w:tc>
          <w:p>
            <w:pPr>
              <w:pStyle w:val="Compact"/>
              <w:jc w:val="left"/>
            </w:pPr>
            <w:r>
              <w:t xml:space="preserve">Dexor Integrated Computer Solutions Co. W.L.L.</w:t>
            </w:r>
          </w:p>
        </w:tc>
      </w:tr>
      <w:tr>
        <w:tc>
          <w:p>
            <w:pPr>
              <w:pStyle w:val="Compact"/>
              <w:jc w:val="left"/>
            </w:pPr>
            <w:r>
              <w:t xml:space="preserve">Legal form</w:t>
            </w:r>
          </w:p>
        </w:tc>
        <w:tc>
          <w:p>
            <w:pPr>
              <w:pStyle w:val="Compact"/>
              <w:jc w:val="left"/>
            </w:pPr>
            <w:r>
              <w:t xml:space="preserve">Limited Liability Company (W.L.L.)</w:t>
            </w:r>
          </w:p>
        </w:tc>
      </w:tr>
      <w:tr>
        <w:tc>
          <w:p>
            <w:pPr>
              <w:pStyle w:val="Compact"/>
              <w:jc w:val="left"/>
            </w:pPr>
            <w:r>
              <w:t xml:space="preserve">Commercial register</w:t>
            </w:r>
          </w:p>
        </w:tc>
        <w:tc>
          <w:p>
            <w:pPr>
              <w:pStyle w:val="Compact"/>
              <w:jc w:val="left"/>
            </w:pPr>
            <w:r>
              <w:t xml:space="preserve">551952</w:t>
            </w:r>
          </w:p>
        </w:tc>
      </w:tr>
      <w:tr>
        <w:tc>
          <w:p>
            <w:pPr>
              <w:pStyle w:val="Compact"/>
              <w:jc w:val="left"/>
            </w:pPr>
            <w:r>
              <w:t xml:space="preserve">Trade licence</w:t>
            </w:r>
          </w:p>
        </w:tc>
        <w:tc>
          <w:p>
            <w:pPr>
              <w:pStyle w:val="Compact"/>
              <w:jc w:val="left"/>
            </w:pPr>
            <w:r>
              <w:t xml:space="preserve">2026/14049</w:t>
            </w:r>
          </w:p>
        </w:tc>
      </w:tr>
      <w:tr>
        <w:tc>
          <w:p>
            <w:pPr>
              <w:pStyle w:val="Compact"/>
              <w:jc w:val="left"/>
            </w:pPr>
            <w:r>
              <w:t xml:space="preserve">Registered address</w:t>
            </w:r>
          </w:p>
        </w:tc>
        <w:tc>
          <w:p>
            <w:pPr>
              <w:pStyle w:val="Compact"/>
              <w:jc w:val="left"/>
            </w:pPr>
            <w:r>
              <w:t xml:space="preserve">Al Salam Tower (Awqaf Bldg. 2405), 16th Floor, Office 8 — Fahad Al-Salem Street, Qibla, Capital Governorate, Kuwait City</w:t>
            </w:r>
          </w:p>
        </w:tc>
      </w:tr>
      <w:tr>
        <w:tc>
          <w:p>
            <w:pPr>
              <w:pStyle w:val="Compact"/>
              <w:jc w:val="left"/>
            </w:pPr>
            <w:r>
              <w:t xml:space="preserve">Contact</w:t>
            </w:r>
          </w:p>
        </w:tc>
        <w:tc>
          <w:p>
            <w:pPr>
              <w:pStyle w:val="Compact"/>
              <w:jc w:val="left"/>
            </w:pPr>
            <w:r>
              <w:t xml:space="preserve">+20 15 501 42 885 · info@dexor.ae · www.dexor.ae</w:t>
            </w:r>
          </w:p>
        </w:tc>
      </w:tr>
      <w:tr>
        <w:tc>
          <w:p>
            <w:pPr>
              <w:pStyle w:val="Compact"/>
              <w:jc w:val="left"/>
            </w:pPr>
            <w:r>
              <w:t xml:space="preserve">Country</w:t>
            </w:r>
          </w:p>
        </w:tc>
        <w:tc>
          <w:p>
            <w:pPr>
              <w:pStyle w:val="Compact"/>
              <w:jc w:val="left"/>
            </w:pPr>
            <w:r>
              <w:t xml:space="preserve">Kuwait</w:t>
            </w:r>
          </w:p>
        </w:tc>
      </w:tr>
    </w:tbl>
    <w:p>
      <w:pPr>
        <w:pStyle w:val="BodyText"/>
      </w:pPr>
      <w:r>
        <w:t xml:space="preserve">شركة ديكسور للحلول المتكاملة الحاسوبية ذ.م.م — شركة ذات مسؤولية محدودة (ذ.م.م) · السجل التجاري 551952 · الرخصة 2026/14049 · برج السلام (مبنى وزارة الأوقاف رقم 2405)، الدور 16، مكتب 8 — شارع فهد السالم، القبلة، محافظة العاصمة، مدينة الكويت · الكويت</w:t>
      </w:r>
    </w:p>
    <w:p>
      <w:pPr>
        <w:pStyle w:val="Heading2"/>
      </w:pPr>
      <w:bookmarkStart w:id="25" w:name="received-from"/>
      <w:r>
        <w:t xml:space="preserve">Received from</w:t>
      </w:r>
      <w:bookmarkEnd w:id="25"/>
    </w:p>
    <w:p>
      <w:pPr>
        <w:pStyle w:val="Heading2"/>
      </w:pPr>
      <w:bookmarkStart w:id="26" w:name="المستلم-من"/>
      <w:r>
        <w:t xml:space="preserve">المستلَم من</w:t>
      </w:r>
      <w:bookmarkEnd w:id="26"/>
    </w:p>
    <w:tbl>
      <w:tblPr>
        <w:tblStyle w:val="Table"/>
        <w:tblW w:type="pct" w:w="0.0"/>
        <w:tblLook w:firstRow="0"/>
      </w:tblPr>
      <w:tblGrid/>
      <w:tr>
        <w:tc>
          <w:p>
            <w:pPr>
              <w:pStyle w:val="Compact"/>
              <w:jc w:val="left"/>
            </w:pPr>
            <w:r>
              <w:t xml:space="preserve">Client</w:t>
            </w:r>
          </w:p>
        </w:tc>
        <w:tc>
          <w:p>
            <w:pPr>
              <w:pStyle w:val="Compact"/>
              <w:jc w:val="left"/>
            </w:pPr>
            <w:r>
              <w:t xml:space="preserve">Dynamic Engineering Consultancy Office</w:t>
            </w:r>
          </w:p>
        </w:tc>
      </w:tr>
      <w:tr>
        <w:tc>
          <w:p>
            <w:pPr>
              <w:pStyle w:val="Compact"/>
              <w:jc w:val="left"/>
            </w:pPr>
            <w:r>
              <w:t xml:space="preserve">Client (Arabic)</w:t>
            </w:r>
          </w:p>
        </w:tc>
        <w:tc>
          <w:p>
            <w:pPr>
              <w:pStyle w:val="Compact"/>
              <w:jc w:val="left"/>
            </w:pPr>
            <w:r>
              <w:t xml:space="preserve">مكتب ديناميك للاستشارات الهندسية</w:t>
            </w:r>
          </w:p>
        </w:tc>
      </w:tr>
      <w:tr>
        <w:tc>
          <w:p>
            <w:pPr>
              <w:pStyle w:val="Compact"/>
              <w:jc w:val="left"/>
            </w:pPr>
            <w:r>
              <w:t xml:space="preserve">Address</w:t>
            </w:r>
          </w:p>
        </w:tc>
        <w:tc>
          <w:p>
            <w:pPr>
              <w:pStyle w:val="Compact"/>
              <w:jc w:val="left"/>
            </w:pPr>
            <w:r>
              <w:t xml:space="preserve">Salhiya St , Kuwait City</w:t>
            </w:r>
          </w:p>
        </w:tc>
      </w:tr>
      <w:tr>
        <w:tc>
          <w:p>
            <w:pPr>
              <w:pStyle w:val="Compact"/>
              <w:jc w:val="left"/>
            </w:pPr>
            <w:r>
              <w:t xml:space="preserve">Paid by</w:t>
            </w:r>
          </w:p>
        </w:tc>
        <w:tc>
          <w:p>
            <w:pPr>
              <w:pStyle w:val="Compact"/>
              <w:jc w:val="left"/>
            </w:pPr>
            <w:r>
              <w:t xml:space="preserve">Eng.Nawaf Al Enezi</w:t>
            </w:r>
          </w:p>
        </w:tc>
      </w:tr>
    </w:tbl>
    <w:p>
      <w:pPr>
        <w:pStyle w:val="Heading2"/>
      </w:pPr>
      <w:bookmarkStart w:id="27" w:name="payment"/>
      <w:r>
        <w:t xml:space="preserve">Payment</w:t>
      </w:r>
      <w:bookmarkEnd w:id="27"/>
    </w:p>
    <w:p>
      <w:pPr>
        <w:pStyle w:val="Heading2"/>
      </w:pPr>
      <w:bookmarkStart w:id="28" w:name="تفاصيل-الدفع"/>
      <w:r>
        <w:t xml:space="preserve">تفاصيل الدفع</w:t>
      </w:r>
      <w:bookmarkEnd w:id="28"/>
    </w:p>
    <w:tbl>
      <w:tblPr>
        <w:tblStyle w:val="Table"/>
        <w:tblW w:type="pct" w:w="0.0"/>
        <w:tblLook w:firstRow="0"/>
      </w:tblPr>
      <w:tblGrid/>
      <w:tr>
        <w:tc>
          <w:p>
            <w:pPr>
              <w:pStyle w:val="Compact"/>
              <w:jc w:val="left"/>
            </w:pPr>
            <w:r>
              <w:t xml:space="preserve">Method</w:t>
            </w:r>
          </w:p>
        </w:tc>
        <w:tc>
          <w:p>
            <w:pPr>
              <w:pStyle w:val="Compact"/>
              <w:jc w:val="left"/>
            </w:pPr>
            <w:r>
              <w:t xml:space="preserve">Online payment link</w:t>
            </w:r>
          </w:p>
        </w:tc>
      </w:tr>
      <w:tr>
        <w:tc>
          <w:p>
            <w:pPr>
              <w:pStyle w:val="Compact"/>
              <w:jc w:val="left"/>
            </w:pPr>
            <w:r>
              <w:t xml:space="preserve">Details</w:t>
            </w:r>
          </w:p>
        </w:tc>
        <w:tc>
          <w:p>
            <w:pPr>
              <w:pStyle w:val="Compact"/>
              <w:jc w:val="left"/>
            </w:pPr>
            <w:r>
              <w:t xml:space="preserve">•••• 5001</w:t>
            </w:r>
          </w:p>
        </w:tc>
      </w:tr>
      <w:tr>
        <w:tc>
          <w:p>
            <w:pPr>
              <w:pStyle w:val="Compact"/>
              <w:jc w:val="left"/>
            </w:pPr>
            <w:r>
              <w:t xml:space="preserve">Against contract</w:t>
            </w:r>
          </w:p>
        </w:tc>
        <w:tc>
          <w:p>
            <w:pPr>
              <w:pStyle w:val="Compact"/>
              <w:jc w:val="left"/>
            </w:pPr>
            <w:r>
              <w:t xml:space="preserve">DX-2026-016</w:t>
            </w:r>
          </w:p>
        </w:tc>
      </w:tr>
      <w:tr>
        <w:tc>
          <w:p>
            <w:pPr>
              <w:pStyle w:val="Compact"/>
              <w:jc w:val="left"/>
            </w:pPr>
            <w:r>
              <w:t xml:space="preserve">Instalment / milestone</w:t>
            </w:r>
          </w:p>
        </w:tc>
        <w:tc>
          <w:p>
            <w:pPr>
              <w:pStyle w:val="Compact"/>
              <w:jc w:val="left"/>
            </w:pPr>
            <w:r>
              <w:t xml:space="preserve">instalment 1 of 4</w:t>
            </w:r>
          </w:p>
        </w:tc>
      </w:tr>
      <w:tr>
        <w:tc>
          <w:p>
            <w:pPr>
              <w:pStyle w:val="Compact"/>
              <w:jc w:val="left"/>
            </w:pPr>
            <w:r>
              <w:t xml:space="preserve">Project / scope</w:t>
            </w:r>
          </w:p>
        </w:tc>
        <w:tc>
          <w:p>
            <w:pPr>
              <w:pStyle w:val="Compact"/>
              <w:jc w:val="left"/>
            </w:pPr>
            <w:r>
              <w:t xml:space="preserve">Dashboard &amp; KPIs | CRM &amp; Opportunities | Quotations &amp; Packages | Clients Management | Plot &amp; Property Management | Project Management | Residential Projects | Supervision Projects | Project Brief | Task Management | Work Plans | Document Management | Municipality Forms | Engineering Contracts | Contract Payments | Invoicing | Appointments | Discount Requests | Employees &amp; Access Management | Reports &amp; Analytics | Settings</w:t>
            </w:r>
          </w:p>
        </w:tc>
      </w:tr>
    </w:tbl>
    <w:p>
      <w:pPr>
        <w:pStyle w:val="Heading2"/>
      </w:pPr>
      <w:bookmarkStart w:id="29" w:name="in-payment-of"/>
      <w:r>
        <w:t xml:space="preserve">In payment of</w:t>
      </w:r>
      <w:bookmarkEnd w:id="29"/>
    </w:p>
    <w:p>
      <w:pPr>
        <w:pStyle w:val="Heading2"/>
      </w:pPr>
      <w:bookmarkStart w:id="30" w:name="وذلك-مقابل"/>
      <w:r>
        <w:t xml:space="preserve">وذلك مقابل</w:t>
      </w:r>
      <w:bookmarkEnd w:id="30"/>
    </w:p>
    <w:p>
      <w:pPr>
        <w:pStyle w:val="FirstParagraph"/>
      </w:pPr>
      <w:r>
        <w:t xml:space="preserve">First instalment against the Odoo ERP implementation agreement-configuration and development phase completed and accepted</w:t>
      </w:r>
    </w:p>
    <w:p>
      <w:pPr>
        <w:pStyle w:val="Heading2"/>
      </w:pPr>
      <w:bookmarkStart w:id="31" w:name="account-position"/>
      <w:r>
        <w:t xml:space="preserve">Account position</w:t>
      </w:r>
      <w:bookmarkEnd w:id="31"/>
    </w:p>
    <w:p>
      <w:pPr>
        <w:pStyle w:val="Heading2"/>
      </w:pPr>
      <w:bookmarkStart w:id="32" w:name="الموقف-الحسابي"/>
      <w:r>
        <w:t xml:space="preserve">الموقف الحسابي</w:t>
      </w:r>
      <w:bookmarkEnd w:id="32"/>
    </w:p>
    <w:tbl>
      <w:tblPr>
        <w:tblStyle w:val="Table"/>
        <w:tblW w:type="pct" w:w="0.0"/>
        <w:tblLook w:firstRow="0"/>
      </w:tblPr>
      <w:tblGrid/>
      <w:tr>
        <w:tc>
          <w:p>
            <w:pPr>
              <w:pStyle w:val="Compact"/>
              <w:jc w:val="left"/>
            </w:pPr>
            <w:r>
              <w:t xml:space="preserve">Total value of the engagement (KWD)</w:t>
            </w:r>
          </w:p>
        </w:tc>
        <w:tc>
          <w:p>
            <w:pPr>
              <w:pStyle w:val="Compact"/>
              <w:jc w:val="left"/>
            </w:pPr>
            <w:r>
              <w:t xml:space="preserve">1,000.000</w:t>
            </w:r>
          </w:p>
        </w:tc>
      </w:tr>
      <w:tr>
        <w:tc>
          <w:p>
            <w:pPr>
              <w:pStyle w:val="Compact"/>
              <w:jc w:val="left"/>
            </w:pPr>
            <w:r>
              <w:t xml:space="preserve">Previously received (KWD)</w:t>
            </w:r>
          </w:p>
        </w:tc>
        <w:tc>
          <w:p>
            <w:pPr>
              <w:pStyle w:val="Compact"/>
              <w:jc w:val="left"/>
            </w:pPr>
            <w:r>
              <w:t xml:space="preserve">0.000</w:t>
            </w:r>
          </w:p>
        </w:tc>
      </w:tr>
      <w:tr>
        <w:tc>
          <w:p>
            <w:pPr>
              <w:pStyle w:val="Compact"/>
              <w:jc w:val="left"/>
            </w:pPr>
            <w:r>
              <w:t xml:space="preserve">Received against this receipt (KWD)</w:t>
            </w:r>
          </w:p>
        </w:tc>
        <w:tc>
          <w:p>
            <w:pPr>
              <w:pStyle w:val="Compact"/>
              <w:jc w:val="left"/>
            </w:pPr>
            <w:r>
              <w:t xml:space="preserve">400.000</w:t>
            </w:r>
          </w:p>
        </w:tc>
      </w:tr>
      <w:tr>
        <w:tc>
          <w:p>
            <w:pPr>
              <w:pStyle w:val="Compact"/>
              <w:jc w:val="left"/>
            </w:pPr>
            <w:r>
              <w:t xml:space="preserve">Balance remaining (KWD)</w:t>
            </w:r>
          </w:p>
        </w:tc>
        <w:tc>
          <w:p>
            <w:pPr>
              <w:pStyle w:val="Compact"/>
              <w:jc w:val="left"/>
            </w:pPr>
            <w:r>
              <w:t xml:space="preserve">600.000</w:t>
            </w:r>
          </w:p>
        </w:tc>
      </w:tr>
    </w:tbl>
    <w:p>
      <w:pPr>
        <w:pStyle w:val="Heading2"/>
      </w:pPr>
      <w:bookmarkStart w:id="33" w:name="declaration"/>
      <w:r>
        <w:t xml:space="preserve">Declaration</w:t>
      </w:r>
      <w:bookmarkEnd w:id="33"/>
    </w:p>
    <w:p>
      <w:pPr>
        <w:pStyle w:val="Heading2"/>
      </w:pPr>
      <w:bookmarkStart w:id="34" w:name="إقرار"/>
      <w:r>
        <w:t xml:space="preserve">إقرار</w:t>
      </w:r>
      <w:bookmarkEnd w:id="34"/>
    </w:p>
    <w:p>
      <w:pPr>
        <w:pStyle w:val="FirstParagraph"/>
      </w:pPr>
      <w:r>
        <w:t xml:space="preserve">This receipt acknowledges the amount stated above and is issued without prejudice to any other sum due under the related quotation, contract or invoice. It is valid only when signed and stamped by Dexor Integrated Computer Solutions Co. W.L.L.. Cheques and transfers are acknowledged subject to final clearance by the bank.</w:t>
      </w:r>
    </w:p>
    <w:p>
      <w:pPr>
        <w:pStyle w:val="BodyText"/>
      </w:pPr>
      <w:r>
        <w:t xml:space="preserve">يُقرّ هذا الإيصال باستلام المبلغ المبيّن أعلاه، ولا يخلّ ذلك بأي مبالغ أخرى مستحقة بموجب عرض السعر أو العقد أو الفاتورة ذات الصلة. ولا يُعدّ هذا الإيصال صحيحاً إلا إذا كان موقّعاً ومختوماً من شركة ديكسور للحلول المتكاملة الحاسوبية ذ.م.م، ويُعتبر استلام الشيكات والحوالات مشروطاً بتحصيلها فعلياً من البنك.</w:t>
      </w:r>
    </w:p>
    <w:p>
      <w:pPr>
        <w:pStyle w:val="Heading2"/>
      </w:pPr>
      <w:bookmarkStart w:id="35" w:name="X0b8ab8e747a6c0129b5a3c298f2ccd56c273d86"/>
      <w:r>
        <w:t xml:space="preserve">Received and acknowledged for the company</w:t>
      </w:r>
      <w:bookmarkEnd w:id="35"/>
    </w:p>
    <w:p>
      <w:pPr>
        <w:pStyle w:val="Heading2"/>
      </w:pPr>
      <w:bookmarkStart w:id="36" w:name="استلم-وأقر-عن-الشركة"/>
      <w:r>
        <w:t xml:space="preserve">استُلم وأُقرّ عن الشركة</w:t>
      </w:r>
      <w:bookmarkEnd w:id="36"/>
    </w:p>
    <w:p>
      <w:pPr>
        <w:pStyle w:val="FirstParagraph"/>
      </w:pPr>
      <w:r>
        <w:rPr>
          <w:b/>
        </w:rPr>
        <w:t xml:space="preserve">Mohammad Abdullah Hamad Al-Ajmi</w:t>
      </w:r>
      <w:r>
        <w:br/>
      </w:r>
      <w:r>
        <w:t xml:space="preserve">Authorised signatory · Dexor Integrated Computer Solutions Co. W.L.L.</w:t>
      </w:r>
      <w:r>
        <w:br/>
      </w:r>
      <w:r>
        <w:t xml:space="preserve">Date: 14 September 2026 · Receipt DX-2026-016</w:t>
      </w:r>
    </w:p>
    <w:p>
      <w:pPr>
        <w:pStyle w:val="BodyText"/>
      </w:pPr>
      <w:r>
        <w:rPr>
          <w:b/>
        </w:rPr>
        <w:t xml:space="preserve">محمد عبدالله حمد العجمي</w:t>
      </w:r>
      <w:r>
        <w:br/>
      </w:r>
      <w:r>
        <w:t xml:space="preserve">المفوّض بالتوقيع · شركة ديكسور للحلول المتكاملة الحاسوبية ذ.م.م</w:t>
      </w:r>
      <w:r>
        <w:br/>
      </w:r>
      <w:r>
        <w:t xml:space="preserve">التاريخ: 14 سبتمبر 2026 · إيصال رقم DX-2026-016</w:t>
      </w:r>
    </w:p>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DX-2026-016</dc:title>
  <dc:creator/>
  <cp:keywords/>
  <dcterms:created xsi:type="dcterms:W3CDTF">2026-09-15T00:53:52Z</dcterms:created>
  <dcterms:modified xsi:type="dcterms:W3CDTF">2026-09-15T00:53:52Z</dcterms:modified>
</cp:coreProperties>
</file>

<file path=docProps/custom.xml><?xml version="1.0" encoding="utf-8"?>
<Properties xmlns="http://schemas.openxmlformats.org/officeDocument/2006/custom-properties" xmlns:vt="http://schemas.openxmlformats.org/officeDocument/2006/docPropsVTypes"/>
</file>